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4949" w14:textId="715227EF" w:rsidR="00AD7343" w:rsidRDefault="00944102" w:rsidP="00FC1235">
      <w:pPr>
        <w:spacing w:after="20"/>
        <w:jc w:val="right"/>
      </w:pPr>
      <w:r>
        <w:rPr>
          <w:b/>
        </w:rPr>
        <w:t>GRAD DUGO SELO</w:t>
      </w:r>
      <w:r>
        <w:rPr>
          <w:b/>
        </w:rPr>
        <w:br/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="00FC1235">
        <w:t>protokol</w:t>
      </w:r>
      <w:proofErr w:type="spellEnd"/>
    </w:p>
    <w:p w14:paraId="7783DB9B" w14:textId="77777777" w:rsidR="00FC1235" w:rsidRDefault="00FC1235" w:rsidP="00FC1235">
      <w:pPr>
        <w:spacing w:after="20"/>
        <w:jc w:val="right"/>
      </w:pPr>
    </w:p>
    <w:p w14:paraId="34007712" w14:textId="77777777" w:rsidR="00AD7343" w:rsidRDefault="00944102">
      <w:pPr>
        <w:pStyle w:val="Naslov"/>
        <w:pBdr>
          <w:bottom w:val="nil"/>
        </w:pBdr>
        <w:jc w:val="center"/>
      </w:pPr>
      <w:r>
        <w:t>ZAHTJEV ZA REFUNDACIJU TROŠKOVA NABAVE UDŽBENIKA</w:t>
      </w:r>
    </w:p>
    <w:p w14:paraId="10E4C9A1" w14:textId="77777777" w:rsidR="00AD7343" w:rsidRPr="00FC1235" w:rsidRDefault="00944102">
      <w:pPr>
        <w:spacing w:after="20"/>
        <w:jc w:val="center"/>
        <w:rPr>
          <w:sz w:val="18"/>
          <w:szCs w:val="24"/>
        </w:rPr>
      </w:pPr>
      <w:r w:rsidRPr="00FC1235">
        <w:rPr>
          <w:b/>
          <w:sz w:val="18"/>
          <w:szCs w:val="24"/>
        </w:rPr>
        <w:t>za učenike srednjih škola koje se nalaze izvan područja Grada Dugog Sela</w:t>
      </w:r>
      <w:r w:rsidRPr="00FC1235">
        <w:rPr>
          <w:b/>
          <w:sz w:val="18"/>
          <w:szCs w:val="24"/>
        </w:rPr>
        <w:br/>
        <w:t>školska godina 2026./2027.</w:t>
      </w:r>
    </w:p>
    <w:p w14:paraId="3417E208" w14:textId="77777777" w:rsidR="00AD7343" w:rsidRPr="00FC1235" w:rsidRDefault="00944102">
      <w:pPr>
        <w:pStyle w:val="Smallformtext"/>
        <w:jc w:val="center"/>
        <w:rPr>
          <w:sz w:val="16"/>
          <w:szCs w:val="24"/>
        </w:rPr>
      </w:pPr>
      <w:r w:rsidRPr="00FC1235">
        <w:rPr>
          <w:b/>
          <w:sz w:val="16"/>
          <w:szCs w:val="24"/>
        </w:rPr>
        <w:t>Zahtjev se podnosi Gradu Dugom Selu najkasnije do 15. listopada 2026. godine.</w:t>
      </w:r>
    </w:p>
    <w:p w14:paraId="13471DC2" w14:textId="77777777" w:rsidR="00AD7343" w:rsidRDefault="00944102">
      <w:pPr>
        <w:pStyle w:val="Naslov1"/>
      </w:pPr>
      <w:r>
        <w:t xml:space="preserve">1. </w:t>
      </w:r>
      <w:r w:rsidRPr="00FC1235">
        <w:rPr>
          <w:sz w:val="24"/>
          <w:szCs w:val="40"/>
        </w:rPr>
        <w:t>PODACI O UČENIKU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783"/>
      </w:tblGrid>
      <w:tr w:rsidR="00AD7343" w14:paraId="247D9D00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A4D4E94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Ime i prezime učenika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2CC58F5" w14:textId="77777777" w:rsidR="00AD7343" w:rsidRDefault="00AD7343"/>
        </w:tc>
      </w:tr>
      <w:tr w:rsidR="00AD7343" w14:paraId="00C1EE5F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1FCD55B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OIB učenika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B91BB0E" w14:textId="77777777" w:rsidR="00AD7343" w:rsidRDefault="00AD7343"/>
        </w:tc>
      </w:tr>
      <w:tr w:rsidR="00AD7343" w14:paraId="06BBD6D4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AE2544E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Adresa prebivališta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7C90B1B" w14:textId="77777777" w:rsidR="00AD7343" w:rsidRDefault="00AD7343"/>
        </w:tc>
      </w:tr>
      <w:tr w:rsidR="00AD7343" w14:paraId="15EFCA74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F2D2DDF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Naziv i sjedište srednje škole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345C052" w14:textId="77777777" w:rsidR="00AD7343" w:rsidRDefault="00AD7343"/>
        </w:tc>
      </w:tr>
      <w:tr w:rsidR="00AD7343" w14:paraId="033C319F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B36949D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Razred i odjeljenje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7F02805" w14:textId="77777777" w:rsidR="00AD7343" w:rsidRDefault="00AD7343"/>
        </w:tc>
      </w:tr>
    </w:tbl>
    <w:p w14:paraId="37484028" w14:textId="77777777" w:rsidR="00AD7343" w:rsidRDefault="00944102">
      <w:pPr>
        <w:pStyle w:val="Naslov1"/>
      </w:pPr>
      <w:r>
        <w:t xml:space="preserve">2. </w:t>
      </w:r>
      <w:r w:rsidRPr="00FC1235">
        <w:rPr>
          <w:sz w:val="24"/>
          <w:szCs w:val="40"/>
        </w:rPr>
        <w:t>PODACI O PODNOSITELJU ZAHTJEVA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783"/>
      </w:tblGrid>
      <w:tr w:rsidR="00AD7343" w14:paraId="463C0ABF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9D21C7E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Ime i prezime roditelja skrbnika posvojitelja ili punoljetnog učenika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C9BF613" w14:textId="77777777" w:rsidR="00AD7343" w:rsidRDefault="00AD7343"/>
        </w:tc>
      </w:tr>
      <w:tr w:rsidR="00AD7343" w14:paraId="4F2EEF17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875250C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OIB podnositelja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11AE0CE" w14:textId="77777777" w:rsidR="00AD7343" w:rsidRDefault="00AD7343"/>
        </w:tc>
      </w:tr>
      <w:tr w:rsidR="00AD7343" w14:paraId="7984FE71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6971E4B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Adresa prebivališta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E721462" w14:textId="77777777" w:rsidR="00AD7343" w:rsidRDefault="00AD7343"/>
        </w:tc>
      </w:tr>
      <w:tr w:rsidR="00AD7343" w14:paraId="71A6B540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E222537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Telefon i e pošta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EFAAC08" w14:textId="77777777" w:rsidR="00AD7343" w:rsidRDefault="00AD7343"/>
        </w:tc>
      </w:tr>
    </w:tbl>
    <w:p w14:paraId="23844C51" w14:textId="77777777" w:rsidR="00AD7343" w:rsidRPr="00FC1235" w:rsidRDefault="00944102">
      <w:pPr>
        <w:pStyle w:val="Naslov1"/>
        <w:rPr>
          <w:sz w:val="24"/>
          <w:szCs w:val="40"/>
        </w:rPr>
      </w:pPr>
      <w:r>
        <w:t xml:space="preserve">3. </w:t>
      </w:r>
      <w:r w:rsidRPr="00FC1235">
        <w:rPr>
          <w:sz w:val="24"/>
          <w:szCs w:val="40"/>
        </w:rPr>
        <w:t>PODACI ZA ISPLATU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783"/>
      </w:tblGrid>
      <w:tr w:rsidR="00AD7343" w14:paraId="1C753EE9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57080D7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Ime i prezime skrbnika odnosno primatelja uplate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80B8188" w14:textId="77777777" w:rsidR="00AD7343" w:rsidRDefault="00AD7343"/>
        </w:tc>
      </w:tr>
      <w:tr w:rsidR="00AD7343" w14:paraId="75269575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8FB37D3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IBAN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89988EC" w14:textId="77777777" w:rsidR="00AD7343" w:rsidRPr="00FC1235" w:rsidRDefault="00944102">
            <w:pPr>
              <w:rPr>
                <w:b/>
                <w:bCs/>
              </w:rPr>
            </w:pPr>
            <w:r w:rsidRPr="00FC1235">
              <w:rPr>
                <w:b/>
                <w:bCs/>
                <w:sz w:val="20"/>
                <w:szCs w:val="28"/>
              </w:rPr>
              <w:t>HR</w:t>
            </w:r>
          </w:p>
        </w:tc>
      </w:tr>
      <w:tr w:rsidR="00AD7343" w14:paraId="7986C5F7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4408D88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Naziv banke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B828721" w14:textId="77777777" w:rsidR="00AD7343" w:rsidRDefault="00AD7343"/>
        </w:tc>
      </w:tr>
    </w:tbl>
    <w:p w14:paraId="426591C9" w14:textId="77777777" w:rsidR="00AD7343" w:rsidRDefault="00944102">
      <w:pPr>
        <w:pStyle w:val="Naslov1"/>
      </w:pPr>
      <w:r>
        <w:t xml:space="preserve">4. </w:t>
      </w:r>
      <w:r w:rsidRPr="00FC1235">
        <w:rPr>
          <w:sz w:val="24"/>
          <w:szCs w:val="40"/>
        </w:rPr>
        <w:t>PODACI O TROŠKU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783"/>
      </w:tblGrid>
      <w:tr w:rsidR="00AD7343" w14:paraId="57421DA4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D96AC01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Ukupan iznos priloženih računa u eurima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8516FFE" w14:textId="77777777" w:rsidR="00AD7343" w:rsidRDefault="00AD7343"/>
        </w:tc>
      </w:tr>
      <w:tr w:rsidR="00AD7343" w14:paraId="1BEA8002" w14:textId="77777777">
        <w:trPr>
          <w:cantSplit/>
          <w:jc w:val="center"/>
        </w:trPr>
        <w:tc>
          <w:tcPr>
            <w:tcW w:w="3402" w:type="dxa"/>
            <w:shd w:val="clear" w:color="auto" w:fill="E9EFF5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E780987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b/>
                <w:sz w:val="20"/>
                <w:szCs w:val="28"/>
              </w:rPr>
              <w:t>Broj priloženih računa</w:t>
            </w:r>
          </w:p>
        </w:tc>
        <w:tc>
          <w:tcPr>
            <w:tcW w:w="5783" w:type="dx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E123790" w14:textId="77777777" w:rsidR="00AD7343" w:rsidRDefault="00AD7343"/>
        </w:tc>
      </w:tr>
    </w:tbl>
    <w:p w14:paraId="0E3D8766" w14:textId="77777777" w:rsidR="00AD7343" w:rsidRDefault="00944102">
      <w:pPr>
        <w:pStyle w:val="Naslov1"/>
      </w:pPr>
      <w:r>
        <w:t xml:space="preserve">5. </w:t>
      </w:r>
      <w:r w:rsidRPr="00FC1235">
        <w:rPr>
          <w:sz w:val="24"/>
          <w:szCs w:val="40"/>
        </w:rPr>
        <w:t>OBVEZNI PRILOZI</w:t>
      </w:r>
    </w:p>
    <w:p w14:paraId="69801025" w14:textId="77777777" w:rsidR="00AD7343" w:rsidRPr="00FC1235" w:rsidRDefault="00944102">
      <w:pPr>
        <w:pStyle w:val="Smallformtext"/>
        <w:ind w:left="198"/>
        <w:rPr>
          <w:sz w:val="18"/>
          <w:szCs w:val="28"/>
        </w:rPr>
      </w:pPr>
      <w:r>
        <w:t xml:space="preserve">☐  </w:t>
      </w:r>
      <w:r w:rsidRPr="00FC1235">
        <w:rPr>
          <w:sz w:val="18"/>
          <w:szCs w:val="28"/>
        </w:rPr>
        <w:t>račun ili računi za kupljene udžbenike</w:t>
      </w:r>
    </w:p>
    <w:p w14:paraId="70F84F34" w14:textId="77777777" w:rsidR="00AD7343" w:rsidRPr="00FC1235" w:rsidRDefault="00944102">
      <w:pPr>
        <w:pStyle w:val="Smallformtext"/>
        <w:ind w:left="198"/>
        <w:rPr>
          <w:sz w:val="18"/>
          <w:szCs w:val="28"/>
        </w:rPr>
      </w:pPr>
      <w:r w:rsidRPr="00FC1235">
        <w:rPr>
          <w:sz w:val="18"/>
          <w:szCs w:val="28"/>
        </w:rPr>
        <w:t>☐  dokaz o prebivalištu učenika na području Grada Dugog Sela</w:t>
      </w:r>
    </w:p>
    <w:p w14:paraId="01037016" w14:textId="77777777" w:rsidR="00AD7343" w:rsidRPr="00FC1235" w:rsidRDefault="00944102">
      <w:pPr>
        <w:pStyle w:val="Smallformtext"/>
        <w:ind w:left="198"/>
        <w:rPr>
          <w:sz w:val="18"/>
          <w:szCs w:val="28"/>
        </w:rPr>
      </w:pPr>
      <w:r w:rsidRPr="00FC1235">
        <w:rPr>
          <w:sz w:val="18"/>
          <w:szCs w:val="28"/>
        </w:rPr>
        <w:t>☐  dokaz da učenik pohađa srednju školu izvan područja Grada Dugog Sela</w:t>
      </w:r>
    </w:p>
    <w:p w14:paraId="7BEFA892" w14:textId="77777777" w:rsidR="00AD7343" w:rsidRDefault="00944102">
      <w:pPr>
        <w:pStyle w:val="Smallformtext"/>
        <w:ind w:left="198"/>
      </w:pPr>
      <w:r w:rsidRPr="00FC1235">
        <w:rPr>
          <w:sz w:val="18"/>
          <w:szCs w:val="28"/>
        </w:rPr>
        <w:t>☐  dokaz o IBAN-u skrbnika odnosno primatelja uplate</w:t>
      </w:r>
      <w:r>
        <w:t>.</w:t>
      </w:r>
    </w:p>
    <w:p w14:paraId="3422EC2A" w14:textId="77777777" w:rsidR="00AD7343" w:rsidRDefault="00944102">
      <w:pPr>
        <w:pStyle w:val="Naslov1"/>
      </w:pPr>
      <w:r>
        <w:t xml:space="preserve">6. </w:t>
      </w:r>
      <w:r w:rsidRPr="00FC1235">
        <w:rPr>
          <w:sz w:val="24"/>
          <w:szCs w:val="40"/>
        </w:rPr>
        <w:t>IZJAVA PODNOSITELJA</w:t>
      </w:r>
    </w:p>
    <w:p w14:paraId="3ACAE7B1" w14:textId="77777777" w:rsidR="00AD7343" w:rsidRPr="00FC1235" w:rsidRDefault="00944102">
      <w:pPr>
        <w:pStyle w:val="Smallformtext"/>
        <w:jc w:val="both"/>
        <w:rPr>
          <w:sz w:val="18"/>
          <w:szCs w:val="28"/>
        </w:rPr>
      </w:pPr>
      <w:r w:rsidRPr="00FC1235">
        <w:rPr>
          <w:sz w:val="18"/>
          <w:szCs w:val="28"/>
        </w:rPr>
        <w:t>Pod materijalnom i kaznenom odgovornošću izjavljujem da su podaci navedeni u ovom zahtjevu istiniti i potpuni, da učenik ima prebivalište na području Grada Dugog Sela te da pohađa srednju školu izvan područja Grada Dugog Sela. Potvrđujem da se priloženi računi odnose na udžbenike za nastavne predmete razreda i odjeljenja koje učenik pohađa, odabrane odlukom škole iz kataloga odobrenih udžbenika. Upoznat sam s obvezom vraćanja udžbenika neoštećenih srednjoj školi po završetku školske godine, osim ako učenik ponavlja razred, sukladno Odluci Grada Dugog Sela.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AD7343" w:rsidRPr="00FC1235" w14:paraId="51D5BAEE" w14:textId="77777777">
        <w:trPr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95" w:type="dxa"/>
              <w:bottom w:w="20" w:type="dxa"/>
              <w:right w:w="95" w:type="dxa"/>
            </w:tcMar>
          </w:tcPr>
          <w:p w14:paraId="15274260" w14:textId="77777777" w:rsidR="00AD7343" w:rsidRPr="00FC1235" w:rsidRDefault="00944102">
            <w:pPr>
              <w:rPr>
                <w:sz w:val="20"/>
                <w:szCs w:val="28"/>
              </w:rPr>
            </w:pPr>
            <w:r w:rsidRPr="00FC1235">
              <w:rPr>
                <w:sz w:val="20"/>
                <w:szCs w:val="28"/>
              </w:rPr>
              <w:t>U Dugom Selu, __________________ 2026.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95" w:type="dxa"/>
              <w:bottom w:w="20" w:type="dxa"/>
              <w:right w:w="95" w:type="dxa"/>
            </w:tcMar>
          </w:tcPr>
          <w:p w14:paraId="1E2A24E2" w14:textId="77777777" w:rsidR="00AD7343" w:rsidRPr="00FC1235" w:rsidRDefault="00944102">
            <w:pPr>
              <w:jc w:val="center"/>
              <w:rPr>
                <w:sz w:val="20"/>
                <w:szCs w:val="28"/>
              </w:rPr>
            </w:pPr>
            <w:r w:rsidRPr="00FC1235">
              <w:rPr>
                <w:sz w:val="20"/>
                <w:szCs w:val="28"/>
              </w:rPr>
              <w:t>________________________________</w:t>
            </w:r>
          </w:p>
        </w:tc>
      </w:tr>
      <w:tr w:rsidR="00AD7343" w:rsidRPr="00FC1235" w14:paraId="6DA66147" w14:textId="77777777">
        <w:trPr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0F712B95" w14:textId="77777777" w:rsidR="00AD7343" w:rsidRPr="00FC1235" w:rsidRDefault="00AD7343">
            <w:pPr>
              <w:rPr>
                <w:sz w:val="20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03A1B4EC" w14:textId="77777777" w:rsidR="00AD7343" w:rsidRPr="00FC1235" w:rsidRDefault="00944102">
            <w:pPr>
              <w:pStyle w:val="Smallformtext"/>
              <w:jc w:val="center"/>
              <w:rPr>
                <w:sz w:val="18"/>
                <w:szCs w:val="28"/>
              </w:rPr>
            </w:pPr>
            <w:r w:rsidRPr="00FC1235">
              <w:rPr>
                <w:sz w:val="18"/>
                <w:szCs w:val="28"/>
              </w:rPr>
              <w:t>vlastoručni potpis podnositelja</w:t>
            </w:r>
          </w:p>
        </w:tc>
      </w:tr>
    </w:tbl>
    <w:p w14:paraId="22EECCB1" w14:textId="77777777" w:rsidR="00AD7343" w:rsidRPr="00FC1235" w:rsidRDefault="00944102">
      <w:pPr>
        <w:pStyle w:val="Smallformtext"/>
        <w:spacing w:before="60"/>
        <w:jc w:val="both"/>
        <w:rPr>
          <w:sz w:val="18"/>
          <w:szCs w:val="28"/>
        </w:rPr>
      </w:pPr>
      <w:r w:rsidRPr="00FC1235">
        <w:rPr>
          <w:b/>
          <w:sz w:val="18"/>
          <w:szCs w:val="28"/>
        </w:rPr>
        <w:t xml:space="preserve">Napomena: </w:t>
      </w:r>
      <w:r w:rsidRPr="00FC1235">
        <w:rPr>
          <w:sz w:val="18"/>
          <w:szCs w:val="28"/>
        </w:rPr>
        <w:t>Pravo se ostvaruje za udžbenike za nastavne predmete utvrđene odlukom škole za razred i odjeljenje koje učenik pohađa. Zahtjev bez potrebnih dokaza nije potpun.</w:t>
      </w:r>
    </w:p>
    <w:sectPr w:rsidR="00AD7343" w:rsidRPr="00FC1235" w:rsidSect="00FC1235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F9D9" w14:textId="77777777" w:rsidR="00943117" w:rsidRDefault="00943117">
      <w:pPr>
        <w:spacing w:after="0"/>
      </w:pPr>
      <w:r>
        <w:separator/>
      </w:r>
    </w:p>
  </w:endnote>
  <w:endnote w:type="continuationSeparator" w:id="0">
    <w:p w14:paraId="1F734965" w14:textId="77777777" w:rsidR="00943117" w:rsidRDefault="009431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D1A7" w14:textId="77777777" w:rsidR="00AD7343" w:rsidRDefault="00944102">
    <w:pPr>
      <w:pStyle w:val="Podnoje"/>
      <w:jc w:val="center"/>
    </w:pPr>
    <w:proofErr w:type="spellStart"/>
    <w:r>
      <w:rPr>
        <w:color w:val="5A5A5A"/>
        <w:sz w:val="15"/>
      </w:rPr>
      <w:t>Zahtjev</w:t>
    </w:r>
    <w:proofErr w:type="spellEnd"/>
    <w:r>
      <w:rPr>
        <w:color w:val="5A5A5A"/>
        <w:sz w:val="15"/>
      </w:rPr>
      <w:t xml:space="preserve"> za </w:t>
    </w:r>
    <w:proofErr w:type="spellStart"/>
    <w:r>
      <w:rPr>
        <w:color w:val="5A5A5A"/>
        <w:sz w:val="15"/>
      </w:rPr>
      <w:t>refundaciju</w:t>
    </w:r>
    <w:proofErr w:type="spellEnd"/>
    <w:r>
      <w:rPr>
        <w:color w:val="5A5A5A"/>
        <w:sz w:val="15"/>
      </w:rPr>
      <w:t xml:space="preserve"> </w:t>
    </w:r>
    <w:proofErr w:type="spellStart"/>
    <w:r>
      <w:rPr>
        <w:color w:val="5A5A5A"/>
        <w:sz w:val="15"/>
      </w:rPr>
      <w:t>troškova</w:t>
    </w:r>
    <w:proofErr w:type="spellEnd"/>
    <w:r>
      <w:rPr>
        <w:color w:val="5A5A5A"/>
        <w:sz w:val="15"/>
      </w:rPr>
      <w:t xml:space="preserve"> </w:t>
    </w:r>
    <w:proofErr w:type="spellStart"/>
    <w:r>
      <w:rPr>
        <w:color w:val="5A5A5A"/>
        <w:sz w:val="15"/>
      </w:rPr>
      <w:t>nabave</w:t>
    </w:r>
    <w:proofErr w:type="spellEnd"/>
    <w:r>
      <w:rPr>
        <w:color w:val="5A5A5A"/>
        <w:sz w:val="15"/>
      </w:rPr>
      <w:t xml:space="preserve"> </w:t>
    </w:r>
    <w:proofErr w:type="spellStart"/>
    <w:proofErr w:type="gramStart"/>
    <w:r>
      <w:rPr>
        <w:color w:val="5A5A5A"/>
        <w:sz w:val="15"/>
      </w:rPr>
      <w:t>udžbenika</w:t>
    </w:r>
    <w:proofErr w:type="spellEnd"/>
    <w:r>
      <w:rPr>
        <w:color w:val="5A5A5A"/>
        <w:sz w:val="15"/>
      </w:rPr>
      <w:t xml:space="preserve">  |</w:t>
    </w:r>
    <w:proofErr w:type="gramEnd"/>
    <w:r>
      <w:rPr>
        <w:color w:val="5A5A5A"/>
        <w:sz w:val="15"/>
      </w:rPr>
      <w:t xml:space="preserve">  </w:t>
    </w:r>
    <w:proofErr w:type="spellStart"/>
    <w:r>
      <w:rPr>
        <w:color w:val="5A5A5A"/>
        <w:sz w:val="15"/>
      </w:rPr>
      <w:t>školska</w:t>
    </w:r>
    <w:proofErr w:type="spellEnd"/>
    <w:r>
      <w:rPr>
        <w:color w:val="5A5A5A"/>
        <w:sz w:val="15"/>
      </w:rPr>
      <w:t xml:space="preserve"> </w:t>
    </w:r>
    <w:proofErr w:type="spellStart"/>
    <w:r>
      <w:rPr>
        <w:color w:val="5A5A5A"/>
        <w:sz w:val="15"/>
      </w:rPr>
      <w:t>godina</w:t>
    </w:r>
    <w:proofErr w:type="spellEnd"/>
    <w:r>
      <w:rPr>
        <w:color w:val="5A5A5A"/>
        <w:sz w:val="15"/>
      </w:rPr>
      <w:t xml:space="preserve"> </w:t>
    </w:r>
    <w:proofErr w:type="gramStart"/>
    <w:r>
      <w:rPr>
        <w:color w:val="5A5A5A"/>
        <w:sz w:val="15"/>
      </w:rPr>
      <w:t>2026./</w:t>
    </w:r>
    <w:proofErr w:type="gramEnd"/>
    <w:r>
      <w:rPr>
        <w:color w:val="5A5A5A"/>
        <w:sz w:val="15"/>
      </w:rPr>
      <w:t>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44B0" w14:textId="77777777" w:rsidR="00943117" w:rsidRDefault="00943117">
      <w:pPr>
        <w:spacing w:after="0"/>
      </w:pPr>
      <w:r>
        <w:separator/>
      </w:r>
    </w:p>
  </w:footnote>
  <w:footnote w:type="continuationSeparator" w:id="0">
    <w:p w14:paraId="61D5852B" w14:textId="77777777" w:rsidR="00943117" w:rsidRDefault="009431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0472559">
    <w:abstractNumId w:val="8"/>
  </w:num>
  <w:num w:numId="2" w16cid:durableId="1902907188">
    <w:abstractNumId w:val="6"/>
  </w:num>
  <w:num w:numId="3" w16cid:durableId="4721047">
    <w:abstractNumId w:val="5"/>
  </w:num>
  <w:num w:numId="4" w16cid:durableId="717976726">
    <w:abstractNumId w:val="4"/>
  </w:num>
  <w:num w:numId="5" w16cid:durableId="654067920">
    <w:abstractNumId w:val="7"/>
  </w:num>
  <w:num w:numId="6" w16cid:durableId="762187608">
    <w:abstractNumId w:val="3"/>
  </w:num>
  <w:num w:numId="7" w16cid:durableId="1477333122">
    <w:abstractNumId w:val="2"/>
  </w:num>
  <w:num w:numId="8" w16cid:durableId="903370323">
    <w:abstractNumId w:val="1"/>
  </w:num>
  <w:num w:numId="9" w16cid:durableId="22642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47AA"/>
    <w:rsid w:val="006823A4"/>
    <w:rsid w:val="00943117"/>
    <w:rsid w:val="00944102"/>
    <w:rsid w:val="00A31A1B"/>
    <w:rsid w:val="00AA1D8D"/>
    <w:rsid w:val="00AD7343"/>
    <w:rsid w:val="00B47730"/>
    <w:rsid w:val="00CB0664"/>
    <w:rsid w:val="00FC12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2DFB6"/>
  <w14:defaultImageDpi w14:val="300"/>
  <w15:docId w15:val="{71CCBA46-5A7B-495F-A7AE-C698787B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/>
      <w:sz w:val="16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60" w:after="30"/>
      <w:outlineLvl w:val="0"/>
    </w:pPr>
    <w:rPr>
      <w:rFonts w:asciiTheme="majorHAnsi" w:eastAsiaTheme="majorEastAsia" w:hAnsiTheme="majorHAnsi" w:cstheme="majorBidi"/>
      <w:b/>
      <w:bCs/>
      <w:color w:val="000000"/>
      <w:sz w:val="19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formtext">
    <w:name w:val="Small form text"/>
    <w:pPr>
      <w:spacing w:after="20"/>
    </w:pPr>
    <w:rPr>
      <w:rFonts w:ascii="Aptos" w:hAnsi="Aptos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refundaciju troškova nabave udžbenika</dc:title>
  <dc:subject>Učenici srednjih škola izvan područja Grada Dugog Sela, školska godina 2026./2027.</dc:subject>
  <dc:creator>Grad Dugo Selo</dc:creator>
  <cp:keywords/>
  <dc:description>generated by python-docx</dc:description>
  <cp:lastModifiedBy>Damir Karačić</cp:lastModifiedBy>
  <cp:revision>2</cp:revision>
  <cp:lastPrinted>2026-09-10T07:13:00Z</cp:lastPrinted>
  <dcterms:created xsi:type="dcterms:W3CDTF">2026-09-11T10:55:00Z</dcterms:created>
  <dcterms:modified xsi:type="dcterms:W3CDTF">2026-09-11T10:55:00Z</dcterms:modified>
  <cp:category/>
</cp:coreProperties>
</file>